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E78A7" w14:textId="326653DF" w:rsidR="004F06DE" w:rsidRDefault="002E519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AAC51C7" wp14:editId="0F58F78B">
                <wp:simplePos x="0" y="0"/>
                <wp:positionH relativeFrom="column">
                  <wp:posOffset>2552699</wp:posOffset>
                </wp:positionH>
                <wp:positionV relativeFrom="paragraph">
                  <wp:posOffset>1524000</wp:posOffset>
                </wp:positionV>
                <wp:extent cx="4981575" cy="7429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5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4FDFD" w14:textId="4FB0D8CC" w:rsidR="002E519E" w:rsidRPr="002E519E" w:rsidRDefault="002E519E" w:rsidP="002E519E">
                            <w:pPr>
                              <w:spacing w:before="240"/>
                              <w:jc w:val="center"/>
                              <w:rPr>
                                <w:b/>
                                <w:bCs/>
                                <w:color w:val="4F6228" w:themeColor="accent3" w:themeShade="80"/>
                                <w:sz w:val="28"/>
                                <w:szCs w:val="28"/>
                              </w:rPr>
                            </w:pPr>
                            <w:r w:rsidRPr="002E519E">
                              <w:rPr>
                                <w:b/>
                                <w:bCs/>
                                <w:color w:val="4F6228" w:themeColor="accent3" w:themeShade="80"/>
                                <w:sz w:val="28"/>
                                <w:szCs w:val="28"/>
                              </w:rPr>
                              <w:t>Sat 27</w:t>
                            </w:r>
                            <w:r w:rsidRPr="002E519E">
                              <w:rPr>
                                <w:b/>
                                <w:bCs/>
                                <w:color w:val="4F6228" w:themeColor="accent3" w:themeShade="8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2E519E">
                              <w:rPr>
                                <w:b/>
                                <w:bCs/>
                                <w:color w:val="4F6228" w:themeColor="accent3" w:themeShade="80"/>
                                <w:sz w:val="28"/>
                                <w:szCs w:val="28"/>
                              </w:rPr>
                              <w:t xml:space="preserve"> &amp; Sun 28</w:t>
                            </w:r>
                            <w:r w:rsidRPr="002E519E">
                              <w:rPr>
                                <w:b/>
                                <w:bCs/>
                                <w:color w:val="4F6228" w:themeColor="accent3" w:themeShade="8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2E519E">
                              <w:rPr>
                                <w:b/>
                                <w:bCs/>
                                <w:color w:val="4F6228" w:themeColor="accent3" w:themeShade="80"/>
                                <w:sz w:val="28"/>
                                <w:szCs w:val="28"/>
                              </w:rPr>
                              <w:t xml:space="preserve"> February 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C51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1pt;margin-top:120pt;width:392.25pt;height:5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" stroked="f">
                <v:textbox>
                  <w:txbxContent>
                    <w:p w14:paraId="74A4FDFD" w14:textId="4FB0D8CC" w:rsidR="002E519E" w:rsidRPr="002E519E" w:rsidRDefault="002E519E" w:rsidP="002E519E">
                      <w:pPr>
                        <w:spacing w:before="240"/>
                        <w:jc w:val="center"/>
                        <w:rPr>
                          <w:b/>
                          <w:bCs/>
                          <w:color w:val="4F6228" w:themeColor="accent3" w:themeShade="80"/>
                          <w:sz w:val="28"/>
                          <w:szCs w:val="28"/>
                        </w:rPr>
                      </w:pPr>
                      <w:r w:rsidRPr="002E519E">
                        <w:rPr>
                          <w:b/>
                          <w:bCs/>
                          <w:color w:val="4F6228" w:themeColor="accent3" w:themeShade="80"/>
                          <w:sz w:val="28"/>
                          <w:szCs w:val="28"/>
                        </w:rPr>
                        <w:t>Sat 27</w:t>
                      </w:r>
                      <w:r w:rsidRPr="002E519E">
                        <w:rPr>
                          <w:b/>
                          <w:bCs/>
                          <w:color w:val="4F6228" w:themeColor="accent3" w:themeShade="8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2E519E">
                        <w:rPr>
                          <w:b/>
                          <w:bCs/>
                          <w:color w:val="4F6228" w:themeColor="accent3" w:themeShade="80"/>
                          <w:sz w:val="28"/>
                          <w:szCs w:val="28"/>
                        </w:rPr>
                        <w:t xml:space="preserve"> &amp; Sun 28</w:t>
                      </w:r>
                      <w:r w:rsidRPr="002E519E">
                        <w:rPr>
                          <w:b/>
                          <w:bCs/>
                          <w:color w:val="4F6228" w:themeColor="accent3" w:themeShade="8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2E519E">
                        <w:rPr>
                          <w:b/>
                          <w:bCs/>
                          <w:color w:val="4F6228" w:themeColor="accent3" w:themeShade="80"/>
                          <w:sz w:val="28"/>
                          <w:szCs w:val="28"/>
                        </w:rPr>
                        <w:t xml:space="preserve"> February 2027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4D422297">
        <w:rPr>
          <w:noProof/>
        </w:rPr>
        <w:drawing>
          <wp:anchor distT="0" distB="0" distL="114300" distR="114300" simplePos="0" relativeHeight="251658240" behindDoc="0" locked="0" layoutInCell="1" allowOverlap="1" wp14:anchorId="1614C042" wp14:editId="4E64BAF2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7560000" cy="1008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nic_backgroun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pict w14:anchorId="56CDE110">
          <v:shape id="EditableDate" o:spid="_x0000_s1026" type="#_x0000_t202" style="position:absolute;margin-left:218.25pt;margin-top:-643.45pt;width:340.15pt;height:28.35pt;z-index:251659264;mso-position-horizontal-relative:page;mso-position-vertical-relative:page" filled="f" stroked="f">
            <v:textbox inset="0,0,0,0">
              <w:txbxContent>
                <w:p w14:paraId="168E330F" w14:textId="77777777" w:rsidR="004F06DE" w:rsidRDefault="00000000">
                  <w:pPr>
                    <w:spacing w:after="0"/>
                    <w:jc w:val="center"/>
                  </w:pPr>
                  <w:r>
                    <w:rPr>
                      <w:rFonts w:ascii="Arial" w:hAnsi="Arial"/>
                      <w:b/>
                      <w:color w:val="4F5D25"/>
                      <w:sz w:val="27"/>
                      <w:szCs w:val="27"/>
                    </w:rPr>
                    <w:t>Sat 27th &amp; Sun 28th February 2027</w:t>
                  </w:r>
                </w:p>
              </w:txbxContent>
            </v:textbox>
            <w10:wrap anchorx="page" anchory="page"/>
          </v:shape>
        </w:pict>
      </w:r>
    </w:p>
    <w:sectPr w:rsidR="004F06DE" w:rsidSect="00034616">
      <w:pgSz w:w="11906" w:h="15874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7174113">
    <w:abstractNumId w:val="8"/>
  </w:num>
  <w:num w:numId="2" w16cid:durableId="1497649063">
    <w:abstractNumId w:val="6"/>
  </w:num>
  <w:num w:numId="3" w16cid:durableId="1321734219">
    <w:abstractNumId w:val="5"/>
  </w:num>
  <w:num w:numId="4" w16cid:durableId="61374434">
    <w:abstractNumId w:val="4"/>
  </w:num>
  <w:num w:numId="5" w16cid:durableId="976646651">
    <w:abstractNumId w:val="7"/>
  </w:num>
  <w:num w:numId="6" w16cid:durableId="474176036">
    <w:abstractNumId w:val="3"/>
  </w:num>
  <w:num w:numId="7" w16cid:durableId="97455028">
    <w:abstractNumId w:val="2"/>
  </w:num>
  <w:num w:numId="8" w16cid:durableId="1681930663">
    <w:abstractNumId w:val="1"/>
  </w:num>
  <w:num w:numId="9" w16cid:durableId="69253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519E"/>
    <w:rsid w:val="00326F90"/>
    <w:rsid w:val="004F06DE"/>
    <w:rsid w:val="008303AB"/>
    <w:rsid w:val="00AA1D8D"/>
    <w:rsid w:val="00B47730"/>
    <w:rsid w:val="00CB0664"/>
    <w:rsid w:val="00FC693F"/>
    <w:rsid w:val="4D42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C8DA3DEB-20FB-4EB3-93CB-49F56BC11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Manager/>
  <Company/>
  <LinksUpToDate>false</LinksUpToDate>
  <CharactersWithSpaces>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Anthea Knight</dc:creator>
  <cp:keywords/>
  <dc:description>generated by python-docx</dc:description>
  <cp:lastModifiedBy>Anthea Knight</cp:lastModifiedBy>
  <cp:revision>2</cp:revision>
  <dcterms:created xsi:type="dcterms:W3CDTF">2026-10-07T22:11:00Z</dcterms:created>
  <dcterms:modified xsi:type="dcterms:W3CDTF">2026-10-07T22:11:00Z</dcterms:modified>
  <cp:category/>
</cp:coreProperties>
</file>